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left"/>
        <w:tblLayout w:type="fixed"/>
        <w:tblLook w:firstColumn="1" w:firstRow="1" w:lastColumn="0" w:lastRow="0" w:noHBand="0" w:noVBand="1" w:val="04A0"/>
      </w:tblPr>
      <w:tblGrid>
        <w:gridCol w:w="7937"/>
        <w:gridCol w:w="1701"/>
      </w:tblGrid>
      <w:tr>
        <w:trPr>
          <w:trHeight w:val="2041"/>
        </w:trPr>
        <w:tc>
          <w:tcPr>
            <w:tcW w:type="dxa" w:w="7937"/>
          </w:tcPr>
          <w:p>
            <w:pPr>
              <w:pStyle w:val="Title"/>
            </w:pPr>
            <w:sdt>
              <w:sdtPr>
                <w:alias w:val="Prénom et nom"/>
                <w:tag w:val="Prénom et nom"/>
                <w:id w:val="1001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[Prénom Nom]</w:t>
                </w:r>
              </w:sdtContent>
            </w:sdt>
          </w:p>
          <w:p>
            <w:pPr>
              <w:pStyle w:val="CVPoste"/>
            </w:pPr>
            <w:sdt>
              <w:sdtPr>
                <w:alias w:val="Poste visé"/>
                <w:tag w:val="Poste visé"/>
                <w:id w:val="1002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[Intitulé simple du poste : Serveur, Infirmière, Cariste]</w:t>
                </w:r>
              </w:sdtContent>
            </w:sdt>
          </w:p>
          <w:p>
            <w:pPr>
              <w:pStyle w:val="CVCoordonnees"/>
            </w:pPr>
            <w:sdt>
              <w:sdtPr>
                <w:alias w:val="Lieu"/>
                <w:tag w:val="Lieu"/>
                <w:id w:val="1003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[Ton adresse réelle, ou : Disponible sur Annemasse]</w:t>
                </w:r>
              </w:sdtContent>
            </w:sdt>
          </w:p>
          <w:p>
            <w:pPr>
              <w:pStyle w:val="CVCoordonnees"/>
            </w:pPr>
            <w:sdt>
              <w:sdtPr>
                <w:alias w:val="Téléphone"/>
                <w:tag w:val="Téléphone"/>
                <w:id w:val="1004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[Téléphone avec indicatif]</w:t>
                </w:r>
              </w:sdtContent>
            </w:sdt>
            <w:r>
              <w:t xml:space="preserve">  |  </w:t>
            </w:r>
            <w:sdt>
              <w:sdtPr>
                <w:alias w:val="E-mail"/>
                <w:tag w:val="E-mail"/>
                <w:id w:val="1005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[prenom.nom@exemple.com]</w:t>
                </w:r>
              </w:sdtContent>
            </w:sdt>
          </w:p>
          <w:p>
            <w:pPr>
              <w:pStyle w:val="CVCoordonnees"/>
            </w:pPr>
            <w:sdt>
              <w:sdtPr>
                <w:alias w:val="Naissance"/>
                <w:tag w:val="Naissance"/>
                <w:id w:val="1006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[Année de naissance, âge]</w:t>
                </w:r>
              </w:sdtContent>
            </w:sdt>
            <w:r>
              <w:t xml:space="preserve">  |  </w:t>
            </w:r>
            <w:sdt>
              <w:sdtPr>
                <w:alias w:val="Nationalité"/>
                <w:tag w:val="Nationalité"/>
                <w:id w:val="1007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[Nationalité]</w:t>
                </w:r>
              </w:sdtContent>
            </w:sdt>
          </w:p>
          <w:p>
            <w:pPr>
              <w:pStyle w:val="CVCoordonnees"/>
            </w:pPr>
            <w:sdt>
              <w:sdtPr>
                <w:alias w:val="Permis"/>
                <w:tag w:val="Permis"/>
                <w:id w:val="1008"/>
                <w:showingPlcHdr/>
                <w:text/>
              </w:sdtPr>
              <w:sdtContent>
                <w:r>
                  <w:rPr>
                    <w:rStyle w:val="CVTexteaide"/>
                  </w:rPr>
                  <w:t xml:space="preserve">[Permis suisse si tu en as un, sinon efface cette ligne]</w:t>
                </w:r>
              </w:sdtContent>
            </w:sdt>
          </w:p>
        </w:tc>
        <w:tc>
          <w:tcPr>
            <w:tcW w:type="dxa" w:w="1701"/>
            <w:tcBorders>
              <w:top w:val="single" w:sz="4" w:space="0" w:color="94A0B4"/>
              <w:left w:val="single" w:sz="4" w:space="0" w:color="94A0B4"/>
              <w:bottom w:val="single" w:sz="4" w:space="0" w:color="94A0B4"/>
              <w:right w:val="single" w:sz="4" w:space="0" w:color="94A0B4"/>
            </w:tcBorders>
            <w:vAlign w:val="center"/>
          </w:tcPr>
          <w:p>
            <w:pPr>
              <w:pStyle w:val="CVPhoto"/>
            </w:pPr>
            <w:r>
              <w:t>Ta photo ici : nette, fond neutre, pas de selfie</w:t>
            </w:r>
          </w:p>
        </w:tc>
      </w:tr>
    </w:tbl>
    <w:p>
      <w:pPr>
        <w:pStyle w:val="Heading1"/>
      </w:pPr>
      <w:r>
        <w:t>Profil</w:t>
      </w:r>
    </w:p>
    <w:p>
      <w:pPr/>
      <w:sdt>
        <w:sdtPr>
          <w:alias w:val="Accroche"/>
          <w:tag w:val="Accroche"/>
          <w:id w:val="1009"/>
          <w:showingPlcHdr/>
          <w:text/>
        </w:sdtPr>
        <w:sdtContent>
          <w:r>
            <w:rPr>
              <w:rStyle w:val="CVTexteaide"/>
            </w:rPr>
            <w:t xml:space="preserve">[Deux lignes au maximum : ton métier, tes années d’expérience, ce que tu apportes pour ce poste. Reprends les mots-clés de l’annonce.]</w:t>
          </w:r>
        </w:sdtContent>
      </w:sdt>
    </w:p>
    <w:p>
      <w:pPr>
        <w:pStyle w:val="Heading1"/>
      </w:pPr>
      <w:r>
        <w:t>Expériences professionnelles</w:t>
      </w:r>
    </w:p>
    <w:p>
      <w:pPr>
        <w:pStyle w:val="CVFonction"/>
        <w:tabs>
          <w:tab w:pos="9638" w:val="right"/>
        </w:tabs>
      </w:pPr>
      <w:sdt>
        <w:sdtPr>
          <w:alias w:val="Fonction 1"/>
          <w:tag w:val="Fonction 1"/>
          <w:id w:val="1010"/>
          <w:showingPlcHdr/>
          <w:text/>
        </w:sdtPr>
        <w:sdtContent>
          <w:r>
            <w:rPr>
              <w:rStyle w:val="CVTexteaide"/>
            </w:rPr>
            <w:t xml:space="preserve">[Fonction la plus récente]</w:t>
          </w:r>
        </w:sdtContent>
      </w:sdt>
      <w:r>
        <w:t xml:space="preserve">, </w:t>
      </w:r>
      <w:sdt>
        <w:sdtPr>
          <w:alias w:val="Entreprise 1"/>
          <w:tag w:val="Entreprise 1"/>
          <w:id w:val="1011"/>
          <w:showingPlcHdr/>
          <w:text/>
        </w:sdtPr>
        <w:sdtContent>
          <w:r>
            <w:rPr>
              <w:rStyle w:val="CVTexteaide"/>
            </w:rPr>
            <w:t xml:space="preserve">[Entreprise]</w:t>
          </w:r>
        </w:sdtContent>
      </w:sdt>
      <w:r>
        <w:t xml:space="preserve">, </w:t>
      </w:r>
      <w:sdt>
        <w:sdtPr>
          <w:alias w:val="Lieu 1"/>
          <w:tag w:val="Lieu 1"/>
          <w:id w:val="1012"/>
          <w:showingPlcHdr/>
          <w:text/>
        </w:sdtPr>
        <w:sdtContent>
          <w:r>
            <w:rPr>
              <w:rStyle w:val="CVTexteaide"/>
            </w:rPr>
            <w:t xml:space="preserve">[Ville, pays]</w:t>
          </w:r>
        </w:sdtContent>
      </w:sdt>
      <w:r>
        <w:tab/>
      </w:r>
      <w:sdt>
        <w:sdtPr>
          <w:alias w:val="Dates 1"/>
          <w:tag w:val="Dates 1"/>
          <w:id w:val="1013"/>
          <w:showingPlcHdr/>
          <w:text/>
        </w:sdtPr>
        <w:sdtContent>
          <w:r>
            <w:rPr>
              <w:rStyle w:val="CVTexteaide"/>
            </w:rPr>
            <w:t xml:space="preserve">[mois année à mois année]</w:t>
          </w:r>
        </w:sdtContent>
      </w:sdt>
    </w:p>
    <w:p>
      <w:pPr>
        <w:pStyle w:val="ListBullet"/>
      </w:pPr>
      <w:sdt>
        <w:sdtPr>
          <w:alias w:val="Mission 1.1"/>
          <w:tag w:val="Mission 1.1"/>
          <w:id w:val="1014"/>
          <w:showingPlcHdr/>
          <w:text/>
        </w:sdtPr>
        <w:sdtContent>
          <w:r>
            <w:rPr>
              <w:rStyle w:val="CVTexteaide"/>
            </w:rPr>
            <w:t xml:space="preserve">[Ce que tu as fait, avec un chiffre : couverts par service, taille de l’équipe, budget]</w:t>
          </w:r>
        </w:sdtContent>
      </w:sdt>
    </w:p>
    <w:p>
      <w:pPr>
        <w:pStyle w:val="ListBullet"/>
      </w:pPr>
      <w:sdt>
        <w:sdtPr>
          <w:alias w:val="Résultat 1"/>
          <w:tag w:val="Résultat 1"/>
          <w:id w:val="1015"/>
          <w:showingPlcHdr/>
          <w:text/>
        </w:sdtPr>
        <w:sdtContent>
          <w:r>
            <w:rPr>
              <w:rStyle w:val="CVTexteaide"/>
            </w:rPr>
            <w:t xml:space="preserve">[Ce que ça a apporté à l’entreprise, chiffré si tu peux le prouver]</w:t>
          </w:r>
        </w:sdtContent>
      </w:sdt>
    </w:p>
    <w:p>
      <w:pPr>
        <w:pStyle w:val="CVReference"/>
      </w:pPr>
      <w:r>
        <w:t xml:space="preserve">Référence : </w:t>
      </w:r>
      <w:sdt>
        <w:sdtPr>
          <w:alias w:val="Référence 1"/>
          <w:tag w:val="Référence 1"/>
          <w:id w:val="1016"/>
          <w:showingPlcHdr/>
          <w:text/>
        </w:sdtPr>
        <w:sdtContent>
          <w:r>
            <w:rPr>
              <w:rStyle w:val="CVTexteaide"/>
            </w:rPr>
            <w:t xml:space="preserve">[Nom, fonction, téléphone ou e-mail, avec son accord]</w:t>
          </w:r>
        </w:sdtContent>
      </w:sdt>
    </w:p>
    <w:p>
      <w:pPr>
        <w:pStyle w:val="CVFonction"/>
        <w:tabs>
          <w:tab w:pos="9638" w:val="right"/>
        </w:tabs>
      </w:pPr>
      <w:sdt>
        <w:sdtPr>
          <w:alias w:val="Fonction 2"/>
          <w:tag w:val="Fonction 2"/>
          <w:id w:val="1017"/>
          <w:showingPlcHdr/>
          <w:text/>
        </w:sdtPr>
        <w:sdtContent>
          <w:r>
            <w:rPr>
              <w:rStyle w:val="CVTexteaide"/>
            </w:rPr>
            <w:t xml:space="preserve">[Fonction précédente]</w:t>
          </w:r>
        </w:sdtContent>
      </w:sdt>
      <w:r>
        <w:t xml:space="preserve">, </w:t>
      </w:r>
      <w:sdt>
        <w:sdtPr>
          <w:alias w:val="Entreprise 2"/>
          <w:tag w:val="Entreprise 2"/>
          <w:id w:val="1018"/>
          <w:showingPlcHdr/>
          <w:text/>
        </w:sdtPr>
        <w:sdtContent>
          <w:r>
            <w:rPr>
              <w:rStyle w:val="CVTexteaide"/>
            </w:rPr>
            <w:t xml:space="preserve">[Entreprise]</w:t>
          </w:r>
        </w:sdtContent>
      </w:sdt>
      <w:r>
        <w:t xml:space="preserve">, </w:t>
      </w:r>
      <w:sdt>
        <w:sdtPr>
          <w:alias w:val="Lieu 2"/>
          <w:tag w:val="Lieu 2"/>
          <w:id w:val="1019"/>
          <w:showingPlcHdr/>
          <w:text/>
        </w:sdtPr>
        <w:sdtContent>
          <w:r>
            <w:rPr>
              <w:rStyle w:val="CVTexteaide"/>
            </w:rPr>
            <w:t xml:space="preserve">[Ville, pays]</w:t>
          </w:r>
        </w:sdtContent>
      </w:sdt>
      <w:r>
        <w:tab/>
      </w:r>
      <w:sdt>
        <w:sdtPr>
          <w:alias w:val="Dates 2"/>
          <w:tag w:val="Dates 2"/>
          <w:id w:val="1020"/>
          <w:showingPlcHdr/>
          <w:text/>
        </w:sdtPr>
        <w:sdtContent>
          <w:r>
            <w:rPr>
              <w:rStyle w:val="CVTexteaide"/>
            </w:rPr>
            <w:t xml:space="preserve">[mois année à mois année]</w:t>
          </w:r>
        </w:sdtContent>
      </w:sdt>
    </w:p>
    <w:p>
      <w:pPr>
        <w:pStyle w:val="ListBullet"/>
      </w:pPr>
      <w:sdt>
        <w:sdtPr>
          <w:alias w:val="Mission 2.1"/>
          <w:tag w:val="Mission 2.1"/>
          <w:id w:val="1021"/>
          <w:showingPlcHdr/>
          <w:text/>
        </w:sdtPr>
        <w:sdtContent>
          <w:r>
            <w:rPr>
              <w:rStyle w:val="CVTexteaide"/>
            </w:rPr>
            <w:t xml:space="preserve">[Ce que tu as fait, avec un chiffre : couverts par service, taille de l’équipe, budget]</w:t>
          </w:r>
        </w:sdtContent>
      </w:sdt>
    </w:p>
    <w:p>
      <w:pPr>
        <w:pStyle w:val="ListBullet"/>
      </w:pPr>
      <w:sdt>
        <w:sdtPr>
          <w:alias w:val="Résultat 2"/>
          <w:tag w:val="Résultat 2"/>
          <w:id w:val="1022"/>
          <w:showingPlcHdr/>
          <w:text/>
        </w:sdtPr>
        <w:sdtContent>
          <w:r>
            <w:rPr>
              <w:rStyle w:val="CVTexteaide"/>
            </w:rPr>
            <w:t xml:space="preserve">[Ce que ça a apporté à l’entreprise, chiffré si tu peux le prouver]</w:t>
          </w:r>
        </w:sdtContent>
      </w:sdt>
    </w:p>
    <w:p>
      <w:pPr>
        <w:pStyle w:val="CVReference"/>
      </w:pPr>
      <w:r>
        <w:t xml:space="preserve">Référence : </w:t>
      </w:r>
      <w:sdt>
        <w:sdtPr>
          <w:alias w:val="Référence 2"/>
          <w:tag w:val="Référence 2"/>
          <w:id w:val="1023"/>
          <w:showingPlcHdr/>
          <w:text/>
        </w:sdtPr>
        <w:sdtContent>
          <w:r>
            <w:rPr>
              <w:rStyle w:val="CVTexteaide"/>
            </w:rPr>
            <w:t xml:space="preserve">[Nom, fonction, téléphone ou e-mail, avec son accord]</w:t>
          </w:r>
        </w:sdtContent>
      </w:sdt>
    </w:p>
    <w:p>
      <w:pPr>
        <w:pStyle w:val="CVFonction"/>
        <w:tabs>
          <w:tab w:pos="9638" w:val="right"/>
        </w:tabs>
      </w:pPr>
      <w:sdt>
        <w:sdtPr>
          <w:alias w:val="Fonction 3"/>
          <w:tag w:val="Fonction 3"/>
          <w:id w:val="1024"/>
          <w:showingPlcHdr/>
          <w:text/>
        </w:sdtPr>
        <w:sdtContent>
          <w:r>
            <w:rPr>
              <w:rStyle w:val="CVTexteaide"/>
            </w:rPr>
            <w:t xml:space="preserve">[Fonction précédente]</w:t>
          </w:r>
        </w:sdtContent>
      </w:sdt>
      <w:r>
        <w:t xml:space="preserve">, </w:t>
      </w:r>
      <w:sdt>
        <w:sdtPr>
          <w:alias w:val="Entreprise 3"/>
          <w:tag w:val="Entreprise 3"/>
          <w:id w:val="1025"/>
          <w:showingPlcHdr/>
          <w:text/>
        </w:sdtPr>
        <w:sdtContent>
          <w:r>
            <w:rPr>
              <w:rStyle w:val="CVTexteaide"/>
            </w:rPr>
            <w:t xml:space="preserve">[Entreprise]</w:t>
          </w:r>
        </w:sdtContent>
      </w:sdt>
      <w:r>
        <w:t xml:space="preserve">, </w:t>
      </w:r>
      <w:sdt>
        <w:sdtPr>
          <w:alias w:val="Lieu 3"/>
          <w:tag w:val="Lieu 3"/>
          <w:id w:val="1026"/>
          <w:showingPlcHdr/>
          <w:text/>
        </w:sdtPr>
        <w:sdtContent>
          <w:r>
            <w:rPr>
              <w:rStyle w:val="CVTexteaide"/>
            </w:rPr>
            <w:t xml:space="preserve">[Ville, pays]</w:t>
          </w:r>
        </w:sdtContent>
      </w:sdt>
      <w:r>
        <w:tab/>
      </w:r>
      <w:sdt>
        <w:sdtPr>
          <w:alias w:val="Dates 3"/>
          <w:tag w:val="Dates 3"/>
          <w:id w:val="1027"/>
          <w:showingPlcHdr/>
          <w:text/>
        </w:sdtPr>
        <w:sdtContent>
          <w:r>
            <w:rPr>
              <w:rStyle w:val="CVTexteaide"/>
            </w:rPr>
            <w:t xml:space="preserve">[mois année à mois année]</w:t>
          </w:r>
        </w:sdtContent>
      </w:sdt>
    </w:p>
    <w:p>
      <w:pPr>
        <w:pStyle w:val="ListBullet"/>
      </w:pPr>
      <w:sdt>
        <w:sdtPr>
          <w:alias w:val="Mission 3.1"/>
          <w:tag w:val="Mission 3.1"/>
          <w:id w:val="1028"/>
          <w:showingPlcHdr/>
          <w:text/>
        </w:sdtPr>
        <w:sdtContent>
          <w:r>
            <w:rPr>
              <w:rStyle w:val="CVTexteaide"/>
            </w:rPr>
            <w:t xml:space="preserve">[Ce que tu as fait, avec un chiffre : couverts par service, taille de l’équipe, budget]</w:t>
          </w:r>
        </w:sdtContent>
      </w:sdt>
    </w:p>
    <w:p>
      <w:pPr>
        <w:pStyle w:val="ListBullet"/>
      </w:pPr>
      <w:sdt>
        <w:sdtPr>
          <w:alias w:val="Résultat 3"/>
          <w:tag w:val="Résultat 3"/>
          <w:id w:val="1029"/>
          <w:showingPlcHdr/>
          <w:text/>
        </w:sdtPr>
        <w:sdtContent>
          <w:r>
            <w:rPr>
              <w:rStyle w:val="CVTexteaide"/>
            </w:rPr>
            <w:t xml:space="preserve">[Ce que ça a apporté à l’entreprise, chiffré si tu peux le prouver]</w:t>
          </w:r>
        </w:sdtContent>
      </w:sdt>
    </w:p>
    <w:p>
      <w:pPr>
        <w:pStyle w:val="CVReference"/>
      </w:pPr>
      <w:r>
        <w:t xml:space="preserve">Référence : </w:t>
      </w:r>
      <w:sdt>
        <w:sdtPr>
          <w:alias w:val="Référence 3"/>
          <w:tag w:val="Référence 3"/>
          <w:id w:val="1030"/>
          <w:showingPlcHdr/>
          <w:text/>
        </w:sdtPr>
        <w:sdtContent>
          <w:r>
            <w:rPr>
              <w:rStyle w:val="CVTexteaide"/>
            </w:rPr>
            <w:t xml:space="preserve">[Nom, fonction, téléphone ou e-mail, avec son accord]</w:t>
          </w:r>
        </w:sdtContent>
      </w:sdt>
    </w:p>
    <w:p>
      <w:pPr>
        <w:pStyle w:val="Heading1"/>
      </w:pPr>
      <w:r>
        <w:t>Formation</w:t>
      </w:r>
    </w:p>
    <w:p>
      <w:pPr>
        <w:pStyle w:val="CVFonction"/>
        <w:tabs>
          <w:tab w:pos="9638" w:val="right"/>
        </w:tabs>
      </w:pPr>
      <w:sdt>
        <w:sdtPr>
          <w:alias w:val="Diplôme"/>
          <w:tag w:val="Diplôme"/>
          <w:id w:val="1031"/>
          <w:showingPlcHdr/>
          <w:text/>
        </w:sdtPr>
        <w:sdtContent>
          <w:r>
            <w:rPr>
              <w:rStyle w:val="CVTexteaide"/>
            </w:rPr>
            <w:t xml:space="preserve">[Diplôme]</w:t>
          </w:r>
        </w:sdtContent>
      </w:sdt>
      <w:r>
        <w:t xml:space="preserve">, </w:t>
      </w:r>
      <w:sdt>
        <w:sdtPr>
          <w:alias w:val="École"/>
          <w:tag w:val="École"/>
          <w:id w:val="1032"/>
          <w:showingPlcHdr/>
          <w:text/>
        </w:sdtPr>
        <w:sdtContent>
          <w:r>
            <w:rPr>
              <w:rStyle w:val="CVTexteaide"/>
            </w:rPr>
            <w:t xml:space="preserve">[École]</w:t>
          </w:r>
        </w:sdtContent>
      </w:sdt>
      <w:r>
        <w:t xml:space="preserve">, </w:t>
      </w:r>
      <w:sdt>
        <w:sdtPr>
          <w:alias w:val="Pays"/>
          <w:tag w:val="Pays"/>
          <w:id w:val="1033"/>
          <w:showingPlcHdr/>
          <w:text/>
        </w:sdtPr>
        <w:sdtContent>
          <w:r>
            <w:rPr>
              <w:rStyle w:val="CVTexteaide"/>
            </w:rPr>
            <w:t xml:space="preserve">[pays]</w:t>
          </w:r>
        </w:sdtContent>
      </w:sdt>
      <w:r>
        <w:tab/>
      </w:r>
      <w:sdt>
        <w:sdtPr>
          <w:alias w:val="Année"/>
          <w:tag w:val="Année"/>
          <w:id w:val="1034"/>
          <w:showingPlcHdr/>
          <w:text/>
        </w:sdtPr>
        <w:sdtContent>
          <w:r>
            <w:rPr>
              <w:rStyle w:val="CVTexteaide"/>
            </w:rPr>
            <w:t xml:space="preserve">[année]</w:t>
          </w:r>
        </w:sdtContent>
      </w:sdt>
    </w:p>
    <w:p>
      <w:pPr/>
      <w:r>
        <w:t xml:space="preserve">En Suisse : </w:t>
      </w:r>
      <w:sdt>
        <w:sdtPr>
          <w:alias w:val="Équivalence"/>
          <w:tag w:val="Équivalence"/>
          <w:id w:val="1035"/>
          <w:showingPlcHdr/>
          <w:text/>
        </w:sdtPr>
        <w:sdtContent>
          <w:r>
            <w:rPr>
              <w:rStyle w:val="CVTexteaide"/>
            </w:rPr>
            <w:t xml:space="preserve">[nom du diplôme suisse le plus proche, et l’attestation officielle si tu l’as]</w:t>
          </w:r>
        </w:sdtContent>
      </w:sdt>
    </w:p>
    <w:p>
      <w:pPr>
        <w:pStyle w:val="Heading1"/>
      </w:pPr>
      <w:r>
        <w:t>Langues</w:t>
      </w:r>
    </w:p>
    <w:p>
      <w:pPr/>
      <w:sdt>
        <w:sdtPr>
          <w:alias w:val="Langues"/>
          <w:tag w:val="Langues"/>
          <w:id w:val="1036"/>
          <w:showingPlcHdr/>
          <w:text/>
        </w:sdtPr>
        <w:sdtContent>
          <w:r>
            <w:rPr>
              <w:rStyle w:val="CVTexteaide"/>
            </w:rPr>
            <w:t xml:space="preserve">[Français : langue maternelle. Anglais : B1, avec un exemple concret. Niveaux de A1 à C2.]</w:t>
          </w:r>
        </w:sdtContent>
      </w:sdt>
    </w:p>
    <w:p>
      <w:pPr>
        <w:pStyle w:val="Heading1"/>
      </w:pPr>
      <w:r>
        <w:t>Compétences et outils</w:t>
      </w:r>
    </w:p>
    <w:p>
      <w:pPr/>
      <w:sdt>
        <w:sdtPr>
          <w:alias w:val="Compétences"/>
          <w:tag w:val="Compétences"/>
          <w:id w:val="1037"/>
          <w:showingPlcHdr/>
          <w:text/>
        </w:sdtPr>
        <w:sdtContent>
          <w:r>
            <w:rPr>
              <w:rStyle w:val="CVTexteaide"/>
            </w:rPr>
            <w:t xml:space="preserve">[Logiciels, machines, certifications utiles au poste. Écris « permis de conduire catégorie B » en entier.]</w:t>
          </w:r>
        </w:sdtContent>
      </w:sdt>
    </w:p>
    <w:p>
      <w:pPr>
        <w:pStyle w:val="Heading1"/>
      </w:pPr>
      <w:r>
        <w:t>Centres d’intérêt</w:t>
      </w:r>
    </w:p>
    <w:p>
      <w:pPr/>
      <w:sdt>
        <w:sdtPr>
          <w:alias w:val="Intérêts"/>
          <w:tag w:val="Intérêts"/>
          <w:id w:val="1038"/>
          <w:showingPlcHdr/>
          <w:text/>
        </w:sdtPr>
        <w:sdtContent>
          <w:r>
            <w:rPr>
              <w:rStyle w:val="CVTexteaide"/>
            </w:rPr>
            <w:t xml:space="preserve">[Une ou deux activités qui disent quelque chose d’utile au poste : sport d’équipe, bénévolat.]</w:t>
          </w:r>
        </w:sdtContent>
      </w:sdt>
    </w:p>
    <w:p>
      <w:pPr>
        <w:pStyle w:val="CVReference"/>
        <w:spacing w:before="160"/>
      </w:pPr>
      <w:r>
        <w:t>Annexes : certificats de travail et diplômes (copies).</w:t>
      </w:r>
    </w:p>
    <w:sectPr w:rsidR="00FC693F" w:rsidRPr="0006063C" w:rsidSect="00034616">
      <w:pgSz w:w="11906" w:h="16838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52" w:lineRule="auto"/>
    </w:pPr>
    <w:rPr>
      <w:rFonts w:ascii="Arial" w:hAnsi="Arial" w:cs="Arial" w:eastAsia="Arial"/>
      <w:b w:val="0"/>
      <w:i w:val="0"/>
      <w:color w:val="232C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6" w:space="2" w:color="232C3D"/>
      </w:pBdr>
      <w:spacing w:before="180" w:after="60" w:line="240" w:lineRule="auto"/>
      <w:outlineLvl w:val="0"/>
    </w:pPr>
    <w:rPr>
      <w:rFonts w:ascii="Arial" w:hAnsi="Arial" w:cs="Arial" w:eastAsia="Arial"/>
      <w:b/>
      <w:bCs/>
      <w:i w:val="0"/>
      <w:caps/>
      <w:color w:val="232C3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="Arial" w:hAnsi="Arial" w:cs="Arial" w:eastAsia="Arial"/>
      <w:b/>
      <w:i w:val="0"/>
      <w:color w:val="232C3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20" w:line="240" w:lineRule="auto"/>
      <w:ind w:left="255" w:hanging="255"/>
      <w:contextualSpacing/>
    </w:pPr>
    <w:rPr>
      <w:rFonts w:ascii="Arial" w:hAnsi="Arial" w:cs="Arial" w:eastAsia="Arial"/>
      <w:b w:val="0"/>
      <w:i w:val="0"/>
      <w:color w:val="232C3D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Poste">
    <w:name w:val="CV Poste"/>
    <w:basedOn w:val="Normal"/>
    <w:pPr>
      <w:spacing w:before="0" w:after="80" w:line="240" w:lineRule="auto"/>
    </w:pPr>
    <w:rPr>
      <w:rFonts w:ascii="Arial" w:hAnsi="Arial" w:cs="Arial" w:eastAsia="Arial"/>
      <w:b/>
      <w:i w:val="0"/>
      <w:color w:val="4D586C"/>
      <w:sz w:val="23"/>
    </w:rPr>
  </w:style>
  <w:style w:type="paragraph" w:customStyle="1" w:styleId="CVCoordonnees">
    <w:name w:val="CV Coordonnees"/>
    <w:basedOn w:val="Normal"/>
    <w:pPr>
      <w:spacing w:before="0" w:after="20" w:line="240" w:lineRule="auto"/>
    </w:pPr>
    <w:rPr>
      <w:rFonts w:ascii="Arial" w:hAnsi="Arial" w:cs="Arial" w:eastAsia="Arial"/>
      <w:b w:val="0"/>
      <w:i w:val="0"/>
      <w:color w:val="232C3D"/>
      <w:sz w:val="19"/>
    </w:rPr>
  </w:style>
  <w:style w:type="paragraph" w:customStyle="1" w:styleId="CVFonction">
    <w:name w:val="CV Fonction"/>
    <w:basedOn w:val="Normal"/>
    <w:pPr>
      <w:keepNext/>
      <w:tabs>
        <w:tab w:pos="9638" w:val="right"/>
      </w:tabs>
      <w:spacing w:before="80" w:after="20" w:line="240" w:lineRule="auto"/>
    </w:pPr>
    <w:rPr>
      <w:rFonts w:ascii="Arial" w:hAnsi="Arial" w:cs="Arial" w:eastAsia="Arial"/>
      <w:b/>
      <w:i w:val="0"/>
      <w:color w:val="232C3D"/>
      <w:sz w:val="19"/>
    </w:rPr>
  </w:style>
  <w:style w:type="paragraph" w:customStyle="1" w:styleId="CVReference">
    <w:name w:val="CV Reference"/>
    <w:basedOn w:val="Normal"/>
    <w:pPr>
      <w:spacing w:before="0" w:after="40" w:line="240" w:lineRule="auto"/>
    </w:pPr>
    <w:rPr>
      <w:rFonts w:ascii="Arial" w:hAnsi="Arial" w:cs="Arial" w:eastAsia="Arial"/>
      <w:b w:val="0"/>
      <w:i w:val="0"/>
      <w:color w:val="4D586C"/>
      <w:sz w:val="18"/>
    </w:rPr>
  </w:style>
  <w:style w:type="character" w:customStyle="1" w:styleId="CVTexteaide">
    <w:name w:val="CV Texte aide"/>
    <w:rPr>
      <w:color w:val="667187"/>
    </w:rPr>
  </w:style>
  <w:style w:type="paragraph" w:customStyle="1" w:styleId="CVPhoto">
    <w:name w:val="CV Photo"/>
    <w:basedOn w:val="Normal"/>
    <w:pPr>
      <w:spacing w:before="0" w:after="0" w:line="240" w:lineRule="auto"/>
      <w:jc w:val="center"/>
    </w:pPr>
    <w:rPr>
      <w:rFonts w:ascii="Arial" w:hAnsi="Arial" w:cs="Arial" w:eastAsia="Arial"/>
      <w:b w:val="0"/>
      <w:i w:val="0"/>
      <w:color w:val="4D586C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suisse</dc:title>
  <dc:subject>Modèle à remplir, aymericmb.com</dc:subject>
  <dc:creator>Aymeric MB</dc:creator>
  <cp:keywords/>
  <dc:description/>
  <cp:lastModifiedBy>Aymeric MB</cp:lastModifiedBy>
  <cp:revision>1</cp:revision>
  <dcterms:created xsi:type="dcterms:W3CDTF">2026-11-02T11:52:08Z</dcterms:created>
  <dcterms:modified xsi:type="dcterms:W3CDTF">2026-11-02T11:52:08Z</dcterms:modified>
  <cp:category/>
  <dc:language>fr-CH</dc:language>
</cp:coreProperties>
</file>